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16642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lloon-birthday-card-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64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300"/>
        <w:jc w:val="center"/>
      </w:pPr>
      <w:r>
        <w:rPr>
          <w:color w:val="000000"/>
          <w:sz w:val="72"/>
        </w:rPr>
        <w:t>Happy Birthday</w:t>
      </w:r>
    </w:p>
    <w:p>
      <w:pPr>
        <w:spacing w:after="300"/>
        <w:jc w:val="center"/>
      </w:pPr>
      <w:r>
        <w:rPr>
          <w:color w:val="000000"/>
          <w:sz w:val="44"/>
        </w:rPr>
        <w:t>[Recipient name]</w:t>
      </w:r>
    </w:p>
    <w:p>
      <w:pPr>
        <w:spacing w:after="300"/>
        <w:jc w:val="center"/>
      </w:pPr>
      <w:r>
        <w:rPr>
          <w:color w:val="000000"/>
          <w:sz w:val="30"/>
        </w:rPr>
        <w:t>Wishing you a day full of good company and happy moments.</w:t>
      </w:r>
    </w:p>
    <w:p>
      <w:pPr>
        <w:spacing w:after="300"/>
        <w:jc w:val="center"/>
      </w:pPr>
      <w:r>
        <w:rPr>
          <w:color w:val="000000"/>
          <w:sz w:val="28"/>
        </w:rPr>
        <w:t>[Your personal message]</w:t>
      </w:r>
    </w:p>
    <w:p>
      <w:pPr>
        <w:spacing w:after="300"/>
        <w:jc w:val="center"/>
      </w:pPr>
      <w:r>
        <w:rPr>
          <w:color w:val="000000"/>
          <w:sz w:val="26"/>
        </w:rPr>
        <w:t>With love from [Name]</w:t>
      </w:r>
    </w:p>
    <w:sectPr w:rsidR="00FC693F" w:rsidRPr="0006063C" w:rsidSect="00034616">
      <w:pgSz w:w="14400" w:h="10080"/>
      <w:pgMar w:top="648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Birthday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