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 Service Order Form</w:t>
      </w:r>
    </w:p>
    <w:p>
      <w:r>
        <w:t>Describe the service being requested, the required result and details that need confirmation before work is scheduled.</w:t>
      </w:r>
    </w:p>
    <w:p>
      <w:pPr>
        <w:spacing w:after="100"/>
      </w:pPr>
      <w:r>
        <w:rPr>
          <w:b/>
        </w:rPr>
        <w:t>Request reference:</w:t>
      </w:r>
      <w:r>
        <w:t xml:space="preserve"> [Code]     Date: [Date]</w:t>
      </w:r>
    </w:p>
    <w:p>
      <w:pPr>
        <w:spacing w:after="100"/>
      </w:pPr>
      <w:r>
        <w:rPr>
          <w:b/>
        </w:rPr>
        <w:t>Customer and contact:</w:t>
      </w:r>
      <w:r>
        <w:t xml:space="preserve"> [Details]</w:t>
      </w:r>
    </w:p>
    <w:p>
      <w:pPr>
        <w:spacing w:after="100"/>
      </w:pPr>
      <w:r>
        <w:rPr>
          <w:b/>
        </w:rPr>
        <w:t>Service provider:</w:t>
      </w:r>
      <w:r>
        <w:t xml:space="preserve"> [Name and contact]</w:t>
      </w:r>
    </w:p>
    <w:p>
      <w:pPr>
        <w:spacing w:after="100"/>
      </w:pPr>
      <w:r>
        <w:rPr>
          <w:b/>
        </w:rPr>
        <w:t>Service location or delivery method:</w:t>
      </w:r>
      <w:r>
        <w:t xml:space="preserve"> [Details]</w:t>
      </w:r>
    </w:p>
    <w:p>
      <w:pPr>
        <w:pStyle w:val="Heading1"/>
      </w:pPr>
      <w:r>
        <w:t>Requested service</w:t>
      </w:r>
    </w:p>
    <w:p>
      <w:r>
        <w:t>[Describe the result needed, relevant specifications and any supporting reference.]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3888"/>
        <w:gridCol w:w="3744"/>
      </w:tblGrid>
      <w:tr>
        <w:trPr>
          <w:tblHeader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Requirement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Customer request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Provider confirmation</w:t>
            </w:r>
          </w:p>
        </w:tc>
      </w:tr>
      <w:t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[Deliverable, quantity or option]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[Specific detail]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[Confirmed detail or question]</w:t>
            </w:r>
          </w:p>
        </w:tc>
      </w:tr>
      <w:t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[Deliverable, quantity or option]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[Specific detail]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[Confirmed detail or question]</w:t>
            </w:r>
          </w:p>
        </w:tc>
      </w:tr>
      <w:t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[Deliverable, quantity or option]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[Specific detail]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[Confirmed detail or question]</w:t>
            </w:r>
          </w:p>
        </w:tc>
      </w:tr>
      <w:t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[Deliverable, quantity or option]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[Specific detail]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[Confirmed detail or question]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Preferred date or window:</w:t>
      </w:r>
      <w:r>
        <w:t xml:space="preserve"> [Details]</w:t>
      </w:r>
    </w:p>
    <w:p>
      <w:pPr>
        <w:spacing w:after="100"/>
      </w:pPr>
      <w:r>
        <w:rPr>
          <w:b/>
        </w:rPr>
        <w:t>Information or materials needed:</w:t>
      </w:r>
      <w:r>
        <w:t xml:space="preserve"> [Item, owner and date]</w:t>
      </w:r>
    </w:p>
    <w:p>
      <w:pPr>
        <w:spacing w:after="100"/>
      </w:pPr>
      <w:r>
        <w:rPr>
          <w:b/>
        </w:rPr>
        <w:t>Estimated or confirmed amount:</w:t>
      </w:r>
      <w:r>
        <w:t xml:space="preserve"> [Label the basis and currency]</w:t>
      </w:r>
    </w:p>
    <w:p>
      <w:pPr>
        <w:spacing w:after="100"/>
      </w:pPr>
      <w:r>
        <w:rPr>
          <w:b/>
        </w:rPr>
        <w:t>Scope not included:</w:t>
      </w:r>
      <w:r>
        <w:t xml:space="preserve"> [Relevant exclusions]</w:t>
      </w:r>
    </w:p>
    <w:p>
      <w:pPr>
        <w:spacing w:after="100"/>
      </w:pPr>
      <w:r>
        <w:rPr>
          <w:b/>
        </w:rPr>
        <w:t>Next decision:</w:t>
      </w:r>
      <w:r>
        <w:t xml:space="preserve"> [Question, owner and date]</w:t>
      </w:r>
    </w:p>
    <w:p>
      <w:pPr>
        <w:spacing w:after="100"/>
      </w:pPr>
      <w:r>
        <w:rPr>
          <w:b/>
        </w:rPr>
        <w:t>Confirmed arrangement reference:</w:t>
      </w:r>
      <w:r>
        <w:t xml:space="preserve"> [Version or message reference]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Service Order Form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