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Attendance Sheet</w:t>
      </w:r>
    </w:p>
    <w:p>
      <w:r>
        <w:t>Record participation in one session. Use only the identifiers needed for your purpose and store completed sheets with controlled access.</w:t>
      </w:r>
    </w:p>
    <w:p>
      <w:pPr>
        <w:spacing w:after="100"/>
      </w:pPr>
      <w:r>
        <w:rPr>
          <w:b/>
        </w:rPr>
        <w:t>Session or class:</w:t>
      </w:r>
      <w:r>
        <w:t xml:space="preserve"> [Name]     Date: [Date]</w:t>
      </w:r>
    </w:p>
    <w:p>
      <w:pPr>
        <w:spacing w:after="100"/>
      </w:pPr>
      <w:r>
        <w:rPr>
          <w:b/>
        </w:rPr>
        <w:t>Location:</w:t>
      </w:r>
      <w:r>
        <w:t xml:space="preserve"> [Room or online]     Facilitator: [Name]</w:t>
      </w:r>
    </w:p>
    <w:p>
      <w:pPr>
        <w:spacing w:after="100"/>
      </w:pPr>
      <w:r>
        <w:rPr>
          <w:b/>
        </w:rPr>
        <w:t>Scheduled time:</w:t>
      </w:r>
      <w:r>
        <w:t xml:space="preserve"> [Start and end]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4104"/>
        <w:gridCol w:w="1440"/>
        <w:gridCol w:w="1944"/>
        <w:gridCol w:w="1944"/>
      </w:tblGrid>
      <w:tr>
        <w:trPr>
          <w:tblHeader/>
        </w:trP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No.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Participant name / ID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Time in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Time out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1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2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3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4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5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6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7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8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9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10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11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  <w:tr>
        <w:tc>
          <w:tcPr>
            <w:tcW w:type="dxa" w:w="6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12</w:t>
            </w:r>
          </w:p>
        </w:tc>
        <w:tc>
          <w:tcPr>
            <w:tcW w:type="dxa" w:w="41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[Name or ID]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 / A / L / 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[Time]</w:t>
            </w:r>
          </w:p>
        </w:tc>
      </w:tr>
    </w:tbl>
    <w:p>
      <w:pPr>
        <w:spacing w:after="0"/>
      </w:pPr>
    </w:p>
    <w:p>
      <w:r>
        <w:t>Status key: P = present, A = absent, L = late, E = excused. Define any local reporting rules before the session.</w:t>
      </w:r>
    </w:p>
    <w:p>
      <w:pPr>
        <w:spacing w:after="100"/>
      </w:pPr>
      <w:r>
        <w:rPr>
          <w:b/>
        </w:rPr>
        <w:t>Present count:</w:t>
      </w:r>
      <w:r>
        <w:t xml:space="preserve"> [Number]     Late count: [Number]</w:t>
      </w:r>
    </w:p>
    <w:p>
      <w:pPr>
        <w:spacing w:after="100"/>
      </w:pPr>
      <w:r>
        <w:rPr>
          <w:b/>
        </w:rPr>
        <w:t>Recorded by:</w:t>
      </w:r>
      <w:r>
        <w:t xml:space="preserve"> [Name]     Checked on: [Date]</w:t>
      </w:r>
    </w:p>
    <w:p>
      <w:pPr>
        <w:spacing w:after="100"/>
      </w:pPr>
      <w:r>
        <w:rPr>
          <w:b/>
        </w:rPr>
        <w:t>Corrections or follow up:</w:t>
      </w:r>
      <w:r>
        <w:t xml:space="preserve"> [Reference only; keep sensitive details separately]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Attendance Sheet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