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Decision Memorandum</w:t>
      </w:r>
    </w:p>
    <w:p>
      <w:r>
        <w:t>Present one decision, the options and the action needed. Replace the prompts with concise facts and attach supporting detail only where the recipient needs it.</w:t>
      </w:r>
    </w:p>
    <w:p>
      <w:pPr>
        <w:spacing w:after="100"/>
      </w:pPr>
      <w:r>
        <w:rPr>
          <w:b/>
        </w:rPr>
        <w:t>To:</w:t>
      </w:r>
      <w:r>
        <w:t xml:space="preserve"> [Decision maker]</w:t>
      </w:r>
    </w:p>
    <w:p>
      <w:pPr>
        <w:spacing w:after="100"/>
      </w:pPr>
      <w:r>
        <w:rPr>
          <w:b/>
        </w:rPr>
        <w:t>From:</w:t>
      </w:r>
      <w:r>
        <w:t xml:space="preserve"> [Author and role]     Date: [Date]</w:t>
      </w:r>
    </w:p>
    <w:p>
      <w:pPr>
        <w:spacing w:after="100"/>
      </w:pPr>
      <w:r>
        <w:rPr>
          <w:b/>
        </w:rPr>
        <w:t>Subject:</w:t>
      </w:r>
      <w:r>
        <w:t xml:space="preserve"> [Specific decision or approval requested]</w:t>
      </w:r>
    </w:p>
    <w:p>
      <w:pPr>
        <w:pStyle w:val="Heading1"/>
      </w:pPr>
      <w:r>
        <w:t>Decision requested</w:t>
      </w:r>
    </w:p>
    <w:p>
      <w:r>
        <w:t>[State the decision, the preferred option and the deadline in two sentences.]</w:t>
      </w:r>
    </w:p>
    <w:p>
      <w:pPr>
        <w:pStyle w:val="Heading1"/>
      </w:pPr>
      <w:r>
        <w:t>Background</w:t>
      </w:r>
    </w:p>
    <w:p>
      <w:r>
        <w:t>[Explain the trigger, the current position and the consequence of delaying the decision. Identify any material uncertainty.]</w:t>
      </w:r>
    </w:p>
    <w:p>
      <w:pPr>
        <w:pStyle w:val="Heading1"/>
      </w:pPr>
      <w:r>
        <w:t>Options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24"/>
        <w:gridCol w:w="3528"/>
        <w:gridCol w:w="3528"/>
      </w:tblGrid>
      <w:tr>
        <w:trPr>
          <w:tblHeader/>
        </w:trPr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Option</w:t>
            </w:r>
          </w:p>
        </w:tc>
        <w:tc>
          <w:tcPr>
            <w:tcW w:type="dxa" w:w="35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Benefit</w:t>
            </w:r>
          </w:p>
        </w:tc>
        <w:tc>
          <w:tcPr>
            <w:tcW w:type="dxa" w:w="35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Cost or tradeoff</w:t>
            </w:r>
          </w:p>
        </w:tc>
      </w:tr>
      <w:tr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A [Description]</w:t>
            </w:r>
          </w:p>
        </w:tc>
        <w:tc>
          <w:tcPr>
            <w:tcW w:type="dxa" w:w="35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[Expected benefit]</w:t>
            </w:r>
          </w:p>
        </w:tc>
        <w:tc>
          <w:tcPr>
            <w:tcW w:type="dxa" w:w="35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[Cost, risk or dependency]</w:t>
            </w:r>
          </w:p>
        </w:tc>
      </w:tr>
      <w:tr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B [Description]</w:t>
            </w:r>
          </w:p>
        </w:tc>
        <w:tc>
          <w:tcPr>
            <w:tcW w:type="dxa" w:w="35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[Expected benefit]</w:t>
            </w:r>
          </w:p>
        </w:tc>
        <w:tc>
          <w:tcPr>
            <w:tcW w:type="dxa" w:w="35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[Cost, risk or dependency]</w:t>
            </w:r>
          </w:p>
        </w:tc>
      </w:tr>
      <w:tr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C [Description]</w:t>
            </w:r>
          </w:p>
        </w:tc>
        <w:tc>
          <w:tcPr>
            <w:tcW w:type="dxa" w:w="35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[Expected benefit]</w:t>
            </w:r>
          </w:p>
        </w:tc>
        <w:tc>
          <w:tcPr>
            <w:tcW w:type="dxa" w:w="35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[Cost, risk or dependency]</w:t>
            </w:r>
          </w:p>
        </w:tc>
      </w:tr>
    </w:tbl>
    <w:p>
      <w:pPr>
        <w:spacing w:after="0"/>
      </w:pPr>
    </w:p>
    <w:p>
      <w:pPr>
        <w:pStyle w:val="Heading1"/>
      </w:pPr>
      <w:r>
        <w:t>Recommendation and next action</w:t>
      </w:r>
    </w:p>
    <w:p>
      <w:r>
        <w:t>[Explain why the recommended option best meets the stated objective. Name the person who will act after approval.]</w:t>
      </w:r>
    </w:p>
    <w:p>
      <w:pPr>
        <w:spacing w:after="100"/>
      </w:pPr>
      <w:r>
        <w:rPr>
          <w:b/>
        </w:rPr>
        <w:t>Action owner:</w:t>
      </w:r>
      <w:r>
        <w:t xml:space="preserve"> [Name]     Due date: [Date]</w:t>
      </w:r>
    </w:p>
    <w:p>
      <w:pPr>
        <w:spacing w:after="100"/>
      </w:pPr>
      <w:r>
        <w:rPr>
          <w:b/>
        </w:rPr>
        <w:t>Decision:</w:t>
      </w:r>
      <w:r>
        <w:t xml:space="preserve"> [Approved, revised or declined]</w:t>
      </w:r>
    </w:p>
    <w:p>
      <w:pPr>
        <w:spacing w:after="100"/>
      </w:pPr>
      <w:r>
        <w:rPr>
          <w:b/>
        </w:rPr>
        <w:t>Decision maker:</w:t>
      </w:r>
      <w:r>
        <w:t xml:space="preserve"> [Name]     Decision date: [Date]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Decision Memorandum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