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16642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al-birthday-card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64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300"/>
        <w:jc w:val="center"/>
      </w:pPr>
      <w:r>
        <w:rPr>
          <w:color w:val="000000"/>
          <w:sz w:val="72"/>
        </w:rPr>
        <w:t>Celebrate Your Day</w:t>
      </w:r>
    </w:p>
    <w:p>
      <w:pPr>
        <w:spacing w:after="300"/>
        <w:jc w:val="center"/>
      </w:pPr>
      <w:r>
        <w:rPr>
          <w:color w:val="000000"/>
          <w:sz w:val="44"/>
        </w:rPr>
        <w:t>[Recipient name]</w:t>
      </w:r>
    </w:p>
    <w:p>
      <w:pPr>
        <w:spacing w:after="300"/>
        <w:jc w:val="center"/>
      </w:pPr>
      <w:r>
        <w:rPr>
          <w:color w:val="000000"/>
          <w:sz w:val="30"/>
        </w:rPr>
        <w:t>A little note to wish you a lovely birthday and a wonderful year ahead.</w:t>
      </w:r>
    </w:p>
    <w:p>
      <w:pPr>
        <w:spacing w:after="300"/>
        <w:jc w:val="center"/>
      </w:pPr>
      <w:r>
        <w:rPr>
          <w:color w:val="000000"/>
          <w:sz w:val="28"/>
        </w:rPr>
        <w:t>[Your personal message]</w:t>
      </w:r>
    </w:p>
    <w:p>
      <w:pPr>
        <w:spacing w:after="300"/>
        <w:jc w:val="center"/>
      </w:pPr>
      <w:r>
        <w:rPr>
          <w:color w:val="000000"/>
          <w:sz w:val="26"/>
        </w:rPr>
        <w:t>With love from [Name]</w:t>
      </w:r>
    </w:p>
    <w:sectPr w:rsidR="00FC693F" w:rsidRPr="0006063C" w:rsidSect="00034616">
      <w:pgSz w:w="14400" w:h="1008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Celebrate Your Day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