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Account Ledger Sheet</w:t>
      </w:r>
    </w:p>
    <w:p>
      <w:r>
        <w:t>Manual ledger sheet for one account. Use your chart of accounts and retain the supporting entry references.</w:t>
      </w:r>
    </w:p>
    <w:p>
      <w:pPr>
        <w:spacing w:after="100"/>
      </w:pPr>
      <w:r>
        <w:rPr>
          <w:b/>
        </w:rPr>
        <w:t>Account name and code:</w:t>
      </w:r>
      <w:r>
        <w:t xml:space="preserve"> [Details]</w:t>
      </w:r>
    </w:p>
    <w:p>
      <w:pPr>
        <w:spacing w:after="100"/>
      </w:pPr>
      <w:r>
        <w:rPr>
          <w:b/>
        </w:rPr>
        <w:t>Period:</w:t>
      </w:r>
      <w:r>
        <w:t xml:space="preserve"> [Dates]</w:t>
      </w:r>
    </w:p>
    <w:p>
      <w:pPr>
        <w:spacing w:after="100"/>
      </w:pPr>
      <w:r>
        <w:rPr>
          <w:b/>
        </w:rPr>
        <w:t>Opening balance and side:</w:t>
      </w:r>
      <w:r>
        <w:t xml:space="preserve"> [Amount / debit or credit]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4"/>
        <w:gridCol w:w="2880"/>
        <w:gridCol w:w="1728"/>
        <w:gridCol w:w="1728"/>
        <w:gridCol w:w="2160"/>
      </w:tblGrid>
      <w:tr>
        <w:trPr>
          <w:tblHeader/>
        </w:trP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Date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Entry / source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Debit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Credit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Balance / side</w:t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[Details]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[Details]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[Details]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[Details]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[Details]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[Details]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[Details]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[Details]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</w:tr>
    </w:tbl>
    <w:p>
      <w:pPr>
        <w:spacing w:after="0"/>
      </w:pPr>
    </w:p>
    <w:p>
      <w:pPr>
        <w:spacing w:after="100"/>
      </w:pPr>
      <w:r>
        <w:rPr>
          <w:b/>
        </w:rPr>
        <w:t>Closing balance:</w:t>
      </w:r>
      <w:r>
        <w:t xml:space="preserve"> [Amount and side]</w:t>
      </w:r>
    </w:p>
    <w:p>
      <w:pPr>
        <w:spacing w:after="100"/>
      </w:pPr>
      <w:r>
        <w:rPr>
          <w:b/>
        </w:rPr>
        <w:t>Prepared by:</w:t>
      </w:r>
      <w:r>
        <w:t xml:space="preserve"> [Name]     Reviewed: [Name / date]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 Ledger Sheet</dc:title>
  <dc:subject/>
  <dc:creator>GetWordTemplates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