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Ledger Reconciliation Review</w:t>
      </w:r>
    </w:p>
    <w:p>
      <w:r>
        <w:t>Trace a ledger balance to supporting records and resolve differences.</w:t>
      </w:r>
    </w:p>
    <w:p>
      <w:pPr>
        <w:spacing w:after="100"/>
      </w:pPr>
      <w:r>
        <w:rPr>
          <w:b/>
        </w:rPr>
        <w:t>Account:</w:t>
      </w:r>
      <w:r>
        <w:t xml:space="preserve"> [Name and code]</w:t>
      </w:r>
    </w:p>
    <w:p>
      <w:pPr>
        <w:spacing w:after="100"/>
      </w:pPr>
      <w:r>
        <w:rPr>
          <w:b/>
        </w:rPr>
        <w:t>Reconciliation date:</w:t>
      </w:r>
      <w:r>
        <w:t xml:space="preserve"> [Date]</w:t>
      </w:r>
    </w:p>
    <w:p>
      <w:pPr>
        <w:spacing w:after="100"/>
      </w:pPr>
      <w:r>
        <w:rPr>
          <w:b/>
        </w:rPr>
        <w:t>Ledger closing balance:</w:t>
      </w:r>
      <w:r>
        <w:t xml:space="preserve"> [Amount]</w:t>
      </w:r>
    </w:p>
    <w:p>
      <w:pPr>
        <w:spacing w:after="100"/>
      </w:pPr>
      <w:r>
        <w:rPr>
          <w:b/>
        </w:rPr>
        <w:t>Comparison balance and source:</w:t>
      </w:r>
      <w:r>
        <w:t xml:space="preserve"> [Amount / source]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2304"/>
        <w:gridCol w:w="2304"/>
        <w:gridCol w:w="2160"/>
      </w:tblGrid>
      <w:tr>
        <w:trPr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C4B50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Difference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C4B50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C4B50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Adjustment / owner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3C4B50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  <w:t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[Details]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[Enter]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Unresolved difference:</w:t>
      </w:r>
      <w:r>
        <w:t xml:space="preserve"> [Amount and reason]</w:t>
      </w:r>
    </w:p>
    <w:p>
      <w:pPr>
        <w:spacing w:after="100"/>
      </w:pPr>
      <w:r>
        <w:rPr>
          <w:b/>
        </w:rPr>
        <w:t>Approved entries:</w:t>
      </w:r>
      <w:r>
        <w:t xml:space="preserve"> [References]</w:t>
      </w:r>
    </w:p>
    <w:p>
      <w:pPr>
        <w:spacing w:after="100"/>
      </w:pPr>
      <w:r>
        <w:rPr>
          <w:b/>
        </w:rPr>
        <w:t>Reviewed by:</w:t>
      </w:r>
      <w:r>
        <w:t xml:space="preserve"> [Name / date]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Ledger Reconciliation Review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