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Purchase Order Form</w:t>
      </w:r>
    </w:p>
    <w:p>
      <w:r>
        <w:t>Record an approved request to a supplier. Confirm item descriptions, quantities, delivery arrangements and agreed prices before sending the order.</w:t>
      </w:r>
    </w:p>
    <w:p>
      <w:pPr>
        <w:spacing w:after="100"/>
      </w:pPr>
      <w:r>
        <w:rPr>
          <w:b/>
        </w:rPr>
        <w:t>PO number:</w:t>
      </w:r>
      <w:r>
        <w:t xml:space="preserve"> [Unique reference]     Order date: [Date]</w:t>
      </w:r>
    </w:p>
    <w:p>
      <w:pPr>
        <w:spacing w:after="100"/>
      </w:pPr>
      <w:r>
        <w:rPr>
          <w:b/>
        </w:rPr>
        <w:t>Buyer:</w:t>
      </w:r>
      <w:r>
        <w:t xml:space="preserve"> [Organization and contact]</w:t>
      </w:r>
    </w:p>
    <w:p>
      <w:pPr>
        <w:spacing w:after="100"/>
      </w:pPr>
      <w:r>
        <w:rPr>
          <w:b/>
        </w:rPr>
        <w:t>Supplier:</w:t>
      </w:r>
      <w:r>
        <w:t xml:space="preserve"> [Name and contact]</w:t>
      </w:r>
    </w:p>
    <w:p>
      <w:pPr>
        <w:spacing w:after="100"/>
      </w:pPr>
      <w:r>
        <w:rPr>
          <w:b/>
        </w:rPr>
        <w:t>Bill to:</w:t>
      </w:r>
      <w:r>
        <w:t xml:space="preserve"> [Address]</w:t>
      </w:r>
    </w:p>
    <w:p>
      <w:pPr>
        <w:spacing w:after="100"/>
      </w:pPr>
      <w:r>
        <w:rPr>
          <w:b/>
        </w:rPr>
        <w:t>Ship to:</w:t>
      </w:r>
      <w:r>
        <w:t xml:space="preserve"> [Address]</w:t>
      </w:r>
    </w:p>
    <w:p>
      <w:pPr>
        <w:spacing w:after="100"/>
      </w:pPr>
      <w:r>
        <w:rPr>
          <w:b/>
        </w:rPr>
        <w:t>Required delivery:</w:t>
      </w:r>
      <w:r>
        <w:t xml:space="preserve"> [Date]     Currency: [Code]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936"/>
        <w:gridCol w:w="936"/>
        <w:gridCol w:w="1872"/>
        <w:gridCol w:w="2016"/>
      </w:tblGrid>
      <w:tr>
        <w:trPr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Item / specification</w:t>
            </w: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Unit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Unit price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Line total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[Description / SKU]</w:t>
            </w: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[0]</w:t>
            </w: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[Each]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[Description / SKU]</w:t>
            </w: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[0]</w:t>
            </w: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[Each]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[Description / SKU]</w:t>
            </w: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[0]</w:t>
            </w: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[Each]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[Description / SKU]</w:t>
            </w: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[0]</w:t>
            </w: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[Each]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[Description / SKU]</w:t>
            </w: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[0]</w:t>
            </w: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[Each]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[0.00]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b/>
        </w:rPr>
        <w:t>Subtotal:</w:t>
      </w:r>
      <w:r>
        <w:t xml:space="preserve"> [0.00]     Delivery: [0.00]</w:t>
      </w:r>
    </w:p>
    <w:p>
      <w:pPr>
        <w:spacing w:after="100"/>
      </w:pPr>
      <w:r>
        <w:rPr>
          <w:b/>
        </w:rPr>
        <w:t>Tax or other agreed charges:</w:t>
      </w:r>
      <w:r>
        <w:t xml:space="preserve"> [0.00]     Order total: [0.00]</w:t>
      </w:r>
    </w:p>
    <w:p>
      <w:pPr>
        <w:spacing w:after="100"/>
      </w:pPr>
      <w:r>
        <w:rPr>
          <w:b/>
        </w:rPr>
        <w:t>Payment terms:</w:t>
      </w:r>
      <w:r>
        <w:t xml:space="preserve"> [Agreed terms]</w:t>
      </w:r>
    </w:p>
    <w:p>
      <w:pPr>
        <w:spacing w:after="100"/>
      </w:pPr>
      <w:r>
        <w:rPr>
          <w:b/>
        </w:rPr>
        <w:t>Delivery instructions:</w:t>
      </w:r>
      <w:r>
        <w:t xml:space="preserve"> [Contact, access or handling]</w:t>
      </w:r>
    </w:p>
    <w:p>
      <w:pPr>
        <w:spacing w:after="100"/>
      </w:pPr>
      <w:r>
        <w:rPr>
          <w:b/>
        </w:rPr>
        <w:t>Approved by:</w:t>
      </w:r>
      <w:r>
        <w:t xml:space="preserve"> [Name and date]</w:t>
      </w:r>
    </w:p>
    <w:p>
      <w:pPr>
        <w:spacing w:after="100"/>
      </w:pPr>
      <w:r>
        <w:rPr>
          <w:b/>
        </w:rPr>
        <w:t>Supplier confirmation:</w:t>
      </w:r>
      <w:r>
        <w:t xml:space="preserve"> [Reference and date]</w:t>
      </w:r>
    </w:p>
    <w:p>
      <w:r>
        <w:t>Complete totals manually. Refer to the agreed quotation and terms; record any changes through your purchasing process.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Form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