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Role Profile and Job Description</w:t>
      </w:r>
    </w:p>
    <w:p>
      <w:r>
        <w:t>Describe the work, the expected outcomes and the criteria needed for the role. Use specific duties and evidence so applicants and managers understand the same job.</w:t>
      </w:r>
    </w:p>
    <w:p>
      <w:pPr>
        <w:spacing w:after="100"/>
      </w:pPr>
      <w:r>
        <w:rPr>
          <w:b/>
        </w:rPr>
        <w:t>Job title:</w:t>
      </w:r>
      <w:r>
        <w:t xml:space="preserve"> [Title]     Department: [Department]</w:t>
      </w:r>
    </w:p>
    <w:p>
      <w:pPr>
        <w:spacing w:after="100"/>
      </w:pPr>
      <w:r>
        <w:rPr>
          <w:b/>
        </w:rPr>
        <w:t>Reports to:</w:t>
      </w:r>
      <w:r>
        <w:t xml:space="preserve"> [Role]     Location: [Location or remote arrangement]</w:t>
      </w:r>
    </w:p>
    <w:p>
      <w:pPr>
        <w:spacing w:after="100"/>
      </w:pPr>
      <w:r>
        <w:rPr>
          <w:b/>
        </w:rPr>
        <w:t>Work pattern:</w:t>
      </w:r>
      <w:r>
        <w:t xml:space="preserve"> [Hours and arrangement]     Review date: [Date]</w:t>
      </w:r>
    </w:p>
    <w:p>
      <w:pPr>
        <w:pStyle w:val="Heading1"/>
      </w:pPr>
      <w:r>
        <w:t>Role purpose</w:t>
      </w:r>
    </w:p>
    <w:p>
      <w:r>
        <w:t>[Explain the main result this role delivers and who benefits from the work in two or three sentences.]</w:t>
      </w:r>
    </w:p>
    <w:p>
      <w:pPr>
        <w:pStyle w:val="Heading1"/>
      </w:pPr>
      <w:r>
        <w:t>Responsibilities and outcomes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5544"/>
      </w:tblGrid>
      <w:tr>
        <w:trPr>
          <w:tblHeader/>
        </w:trP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Responsibility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Expected result or measure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[Core duty]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[Observable outcome and relevant standard]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[Core duty]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[Observable outcome and relevant standard]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[Core duty]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[Observable outcome and relevant standard]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[Core duty]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[Observable outcome and relevant standard]</w:t>
            </w:r>
          </w:p>
        </w:tc>
      </w:tr>
      <w:tr>
        <w:tc>
          <w:tcPr>
            <w:tcW w:type="dxa" w:w="45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[Core duty]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[Observable outcome and relevant standard]</w:t>
            </w:r>
          </w:p>
        </w:tc>
      </w:tr>
    </w:tbl>
    <w:p>
      <w:pPr>
        <w:spacing w:after="0"/>
      </w:pPr>
    </w:p>
    <w:p>
      <w:pPr>
        <w:pStyle w:val="Heading1"/>
      </w:pPr>
      <w:r>
        <w:t>Required and desirable criteria</w:t>
      </w:r>
    </w:p>
    <w:p>
      <w:pPr>
        <w:spacing w:after="100"/>
      </w:pPr>
      <w:r>
        <w:rPr>
          <w:b/>
        </w:rPr>
        <w:t>Required skills:</w:t>
      </w:r>
      <w:r>
        <w:t xml:space="preserve"> [Skills essential to carrying out the work]</w:t>
      </w:r>
    </w:p>
    <w:p>
      <w:pPr>
        <w:spacing w:after="100"/>
      </w:pPr>
      <w:r>
        <w:rPr>
          <w:b/>
        </w:rPr>
        <w:t>Required experience or qualification:</w:t>
      </w:r>
      <w:r>
        <w:t xml:space="preserve"> [Only justified requirements]</w:t>
      </w:r>
    </w:p>
    <w:p>
      <w:pPr>
        <w:spacing w:after="100"/>
      </w:pPr>
      <w:r>
        <w:rPr>
          <w:b/>
        </w:rPr>
        <w:t>Desirable skills:</w:t>
      </w:r>
      <w:r>
        <w:t xml:space="preserve"> [Helpful capabilities that can be developed]</w:t>
      </w:r>
    </w:p>
    <w:p>
      <w:pPr>
        <w:pStyle w:val="Heading1"/>
      </w:pPr>
      <w:r>
        <w:t>Working relationships and conditions</w:t>
      </w:r>
    </w:p>
    <w:p>
      <w:pPr>
        <w:spacing w:after="100"/>
      </w:pPr>
      <w:r>
        <w:rPr>
          <w:b/>
        </w:rPr>
        <w:t>Key contacts:</w:t>
      </w:r>
      <w:r>
        <w:t xml:space="preserve"> [Internal teams or customer groups]</w:t>
      </w:r>
    </w:p>
    <w:p>
      <w:pPr>
        <w:spacing w:after="100"/>
      </w:pPr>
      <w:r>
        <w:rPr>
          <w:b/>
        </w:rPr>
        <w:t>Relevant conditions:</w:t>
      </w:r>
      <w:r>
        <w:t xml:space="preserve"> [Travel, equipment or physical tasks if applicable]</w:t>
      </w:r>
    </w:p>
    <w:p>
      <w:pPr>
        <w:spacing w:after="100"/>
      </w:pPr>
      <w:r>
        <w:rPr>
          <w:b/>
        </w:rPr>
        <w:t>Document owner:</w:t>
      </w:r>
      <w:r>
        <w:t xml:space="preserve"> [Name]     Approved by: [Name and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and Job Description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