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Death Notice Draft</w:t>
      </w:r>
    </w:p>
    <w:p>
      <w:r>
        <w:t>Prepare a concise notice using confirmed details and the family approved wording. Delete any section that is not needed.</w:t>
      </w:r>
    </w:p>
    <w:p>
      <w:pPr>
        <w:spacing w:after="100"/>
      </w:pPr>
      <w:r>
        <w:rPr>
          <w:b/>
        </w:rPr>
        <w:t>Name:</w:t>
      </w:r>
      <w:r>
        <w:t xml:space="preserve"> [Full name and preferred name]</w:t>
      </w:r>
    </w:p>
    <w:p>
      <w:pPr>
        <w:spacing w:after="100"/>
      </w:pPr>
      <w:r>
        <w:rPr>
          <w:b/>
        </w:rPr>
        <w:t>Dates or age if included:</w:t>
      </w:r>
      <w:r>
        <w:t xml:space="preserve"> [Verified details]</w:t>
      </w:r>
    </w:p>
    <w:p>
      <w:pPr>
        <w:pStyle w:val="Heading1"/>
      </w:pPr>
      <w:r>
        <w:t>Notice</w:t>
      </w:r>
    </w:p>
    <w:p>
      <w:r>
        <w:t>[Name] [family approved announcement wording]. [A brief personal description or connection the family wishes to include.]</w:t>
      </w:r>
    </w:p>
    <w:p>
      <w:pPr>
        <w:pStyle w:val="Heading1"/>
      </w:pPr>
      <w:r>
        <w:t>Family or community message</w:t>
      </w:r>
    </w:p>
    <w:p>
      <w:r>
        <w:t>[Agreed names, relationships or a short message of remembrance.]</w:t>
      </w:r>
    </w:p>
    <w:p>
      <w:pPr>
        <w:pStyle w:val="Heading1"/>
      </w:pPr>
      <w:r>
        <w:t>Arrangements</w:t>
      </w:r>
    </w:p>
    <w:p>
      <w:r>
        <w:t>[Confirmed public details, approved private-arrangement wording, or omit this section.]</w:t>
      </w:r>
    </w:p>
    <w:p>
      <w:pPr>
        <w:pStyle w:val="Heading1"/>
      </w:pPr>
      <w:r>
        <w:t>Closing</w:t>
      </w:r>
    </w:p>
    <w:p>
      <w:r>
        <w:t>[Optional thanks, remembrance request or approved tribute information.]</w:t>
      </w:r>
    </w:p>
    <w:p>
      <w:pPr>
        <w:spacing w:after="100"/>
      </w:pPr>
      <w:r>
        <w:rPr>
          <w:b/>
        </w:rPr>
        <w:t>Review owner:</w:t>
      </w:r>
      <w:r>
        <w:t xml:space="preserve"> [Name]</w:t>
      </w:r>
    </w:p>
    <w:p>
      <w:pPr>
        <w:spacing w:after="100"/>
      </w:pPr>
      <w:r>
        <w:rPr>
          <w:b/>
        </w:rPr>
        <w:t>Names and dates checked:</w:t>
      </w:r>
      <w:r>
        <w:t xml:space="preserve"> [Date]</w:t>
      </w:r>
    </w:p>
    <w:p>
      <w:pPr>
        <w:spacing w:after="100"/>
      </w:pPr>
      <w:r>
        <w:rPr>
          <w:b/>
        </w:rPr>
        <w:t>Arrangements confirmed with:</w:t>
      </w:r>
      <w:r>
        <w:t xml:space="preserve"> [Contact / date]</w:t>
      </w:r>
    </w:p>
    <w:p>
      <w:pPr>
        <w:spacing w:after="100"/>
      </w:pPr>
      <w:r>
        <w:rPr>
          <w:b/>
        </w:rPr>
        <w:t>Final approved version:</w:t>
      </w:r>
      <w:r>
        <w:t xml:space="preserve"> [Reference]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Death Notice Draft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