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Team Announcement Memo</w:t>
      </w:r>
    </w:p>
    <w:p>
      <w:r>
        <w:t>Communicate one operational change. State what changes, when it takes effect and what each reader needs to do.</w:t>
      </w:r>
    </w:p>
    <w:p>
      <w:pPr>
        <w:spacing w:after="100"/>
      </w:pPr>
      <w:r>
        <w:rPr>
          <w:b/>
        </w:rPr>
        <w:t>To:</w:t>
      </w:r>
      <w:r>
        <w:t xml:space="preserve"> [Team or audience]</w:t>
      </w:r>
    </w:p>
    <w:p>
      <w:pPr>
        <w:spacing w:after="100"/>
      </w:pPr>
      <w:r>
        <w:rPr>
          <w:b/>
        </w:rPr>
        <w:t>From:</w:t>
      </w:r>
      <w:r>
        <w:t xml:space="preserve"> [Name and role]     Date: [Date]</w:t>
      </w:r>
    </w:p>
    <w:p>
      <w:pPr>
        <w:spacing w:after="100"/>
      </w:pPr>
      <w:r>
        <w:rPr>
          <w:b/>
        </w:rPr>
        <w:t>Subject:</w:t>
      </w:r>
      <w:r>
        <w:t xml:space="preserve"> [Specific announcement]</w:t>
      </w:r>
    </w:p>
    <w:p>
      <w:pPr>
        <w:spacing w:after="100"/>
      </w:pPr>
      <w:r>
        <w:rPr>
          <w:b/>
        </w:rPr>
        <w:t>Effective date:</w:t>
      </w:r>
      <w:r>
        <w:t xml:space="preserve"> [Date and time]</w:t>
      </w:r>
    </w:p>
    <w:p>
      <w:pPr>
        <w:pStyle w:val="Heading1"/>
      </w:pPr>
      <w:r>
        <w:t>What is changing</w:t>
      </w:r>
    </w:p>
    <w:p>
      <w:r>
        <w:t>[State the change and who is affected in two or three sentences.]</w:t>
      </w:r>
    </w:p>
    <w:p>
      <w:pPr>
        <w:pStyle w:val="Heading1"/>
      </w:pPr>
      <w:r>
        <w:t>Reason for the change</w:t>
      </w:r>
    </w:p>
    <w:p>
      <w:r>
        <w:t>[Give relevant context and the expected result.]</w:t>
      </w:r>
    </w:p>
    <w:p>
      <w:pPr>
        <w:pStyle w:val="Heading1"/>
      </w:pPr>
      <w:r>
        <w:t>Actions required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5616"/>
        <w:gridCol w:w="2160"/>
      </w:tblGrid>
      <w:tr>
        <w:trPr>
          <w:tblHeader/>
        </w:trP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Who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203A53"/>
          </w:tcPr>
          <w:p>
            <w:pPr>
              <w:spacing w:after="60" w:before="60"/>
            </w:pPr>
            <w:r>
              <w:rPr>
                <w:b/>
                <w:color w:val="FFFFFF"/>
                <w:sz w:val="19"/>
              </w:rPr>
              <w:t>Deadline</w:t>
            </w:r>
          </w:p>
        </w:tc>
      </w:tr>
      <w:t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[Person or team]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[Specific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[Person or team]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[Specific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2F5F7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[Person or team]</w:t>
            </w:r>
          </w:p>
        </w:tc>
        <w:tc>
          <w:tcPr>
            <w:tcW w:type="dxa" w:w="56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[Specific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60" w:before="60"/>
            </w:pPr>
            <w:r>
              <w:rPr>
                <w:sz w:val="19"/>
              </w:rPr>
              <w:t>[Date]</w:t>
            </w:r>
          </w:p>
        </w:tc>
      </w:tr>
    </w:tbl>
    <w:p>
      <w:pPr>
        <w:spacing w:after="0"/>
      </w:pPr>
    </w:p>
    <w:p>
      <w:pPr>
        <w:pStyle w:val="Heading1"/>
      </w:pPr>
      <w:r>
        <w:t>Support and follow up</w:t>
      </w:r>
    </w:p>
    <w:p>
      <w:pPr>
        <w:spacing w:after="100"/>
      </w:pPr>
      <w:r>
        <w:rPr>
          <w:b/>
        </w:rPr>
        <w:t>Questions:</w:t>
      </w:r>
      <w:r>
        <w:t xml:space="preserve"> [Contact and channel]</w:t>
      </w:r>
    </w:p>
    <w:p>
      <w:pPr>
        <w:spacing w:after="100"/>
      </w:pPr>
      <w:r>
        <w:rPr>
          <w:b/>
        </w:rPr>
        <w:t>Reference document:</w:t>
      </w:r>
      <w:r>
        <w:t xml:space="preserve"> [Current procedure or attachment]</w:t>
      </w:r>
    </w:p>
    <w:p>
      <w:pPr>
        <w:spacing w:after="100"/>
      </w:pPr>
      <w:r>
        <w:rPr>
          <w:b/>
        </w:rPr>
        <w:t>Follow up date:</w:t>
      </w:r>
      <w:r>
        <w:t xml:space="preserve"> [When the change will be reviewed]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Announcement Memo</dc:title>
  <dc:subject/>
  <dc:creator>GetWordTemplates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