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Weekly Shift Roster</w:t>
      </w:r>
    </w:p>
    <w:p>
      <w:r>
        <w:t>Plan required coverage, named assignments and backup arrangements. Confirm availability and review the roster before sharing.</w:t>
      </w:r>
    </w:p>
    <w:p>
      <w:pPr>
        <w:spacing w:after="100"/>
      </w:pPr>
      <w:r>
        <w:rPr>
          <w:b/>
        </w:rPr>
        <w:t>Team or location:</w:t>
      </w:r>
      <w:r>
        <w:t xml:space="preserve"> [Name]     Week beginning: [Date]</w:t>
      </w:r>
    </w:p>
    <w:p>
      <w:pPr>
        <w:spacing w:after="100"/>
      </w:pPr>
      <w:r>
        <w:rPr>
          <w:b/>
        </w:rPr>
        <w:t>Coordinator:</w:t>
      </w:r>
      <w:r>
        <w:t xml:space="preserve"> [Name]     Version: [Date or number]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56"/>
        <w:gridCol w:w="1656"/>
        <w:gridCol w:w="2448"/>
        <w:gridCol w:w="2016"/>
        <w:gridCol w:w="2304"/>
      </w:tblGrid>
      <w:tr>
        <w:trPr>
          <w:tblHeader/>
        </w:trP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Day / date</w:t>
            </w:r>
          </w:p>
        </w:tc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Time window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Role / coverage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Assigned person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Backup / notes</w:t>
            </w:r>
          </w:p>
        </w:tc>
      </w:tr>
      <w:t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Monday / [Date]</w:t>
            </w:r>
          </w:p>
        </w:tc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[Start-end]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[Role / count]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[Name]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[Name or action]</w:t>
            </w:r>
          </w:p>
        </w:tc>
      </w:tr>
      <w:t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Tuesday / [Date]</w:t>
            </w:r>
          </w:p>
        </w:tc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[Start-end]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[Role / count]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[Name]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[Name or action]</w:t>
            </w:r>
          </w:p>
        </w:tc>
      </w:tr>
      <w:t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Wednesday / [Date]</w:t>
            </w:r>
          </w:p>
        </w:tc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[Start-end]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[Role / count]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[Name]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[Name or action]</w:t>
            </w:r>
          </w:p>
        </w:tc>
      </w:tr>
      <w:t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Thursday / [Date]</w:t>
            </w:r>
          </w:p>
        </w:tc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[Start-end]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[Role / count]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[Name]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[Name or action]</w:t>
            </w:r>
          </w:p>
        </w:tc>
      </w:tr>
      <w:t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Friday / [Date]</w:t>
            </w:r>
          </w:p>
        </w:tc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[Start-end]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[Role / count]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[Name]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[Name or action]</w:t>
            </w:r>
          </w:p>
        </w:tc>
      </w:tr>
      <w:t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Saturday / [Date]</w:t>
            </w:r>
          </w:p>
        </w:tc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[Start-end]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[Role / count]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[Name]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[Name or action]</w:t>
            </w:r>
          </w:p>
        </w:tc>
      </w:tr>
      <w:t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Sunday / [Date]</w:t>
            </w:r>
          </w:p>
        </w:tc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[Start-end]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[Role / count]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[Name]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[Name or action]</w:t>
            </w:r>
          </w:p>
        </w:tc>
      </w:tr>
    </w:tbl>
    <w:p>
      <w:pPr>
        <w:spacing w:after="0"/>
      </w:pPr>
    </w:p>
    <w:p>
      <w:pPr>
        <w:pStyle w:val="Heading1"/>
      </w:pPr>
      <w:r>
        <w:t>Open coverage and changes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64"/>
        <w:gridCol w:w="3600"/>
        <w:gridCol w:w="2016"/>
      </w:tblGrid>
      <w:tr>
        <w:trPr>
          <w:tblHeader/>
        </w:trPr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Gap or change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Action and owner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Confirm by</w:t>
            </w:r>
          </w:p>
        </w:tc>
      </w:tr>
      <w:tr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[Role, date and time]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[Person / action]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[Date]</w:t>
            </w:r>
          </w:p>
        </w:tc>
      </w:tr>
      <w:tr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[Role, date and time]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[Person / action]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[Date]</w:t>
            </w:r>
          </w:p>
        </w:tc>
      </w:tr>
      <w:tr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[Role, date and time]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[Person / action]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[Date]</w:t>
            </w:r>
          </w:p>
        </w:tc>
      </w:tr>
    </w:tbl>
    <w:p>
      <w:pPr>
        <w:spacing w:after="0"/>
      </w:pPr>
    </w:p>
    <w:p>
      <w:pPr>
        <w:spacing w:after="100"/>
      </w:pPr>
      <w:r>
        <w:rPr>
          <w:b/>
        </w:rPr>
        <w:t>Availability checked:</w:t>
      </w:r>
      <w:r>
        <w:t xml:space="preserve"> [Date / reference]</w:t>
      </w:r>
    </w:p>
    <w:p>
      <w:pPr>
        <w:spacing w:after="100"/>
      </w:pPr>
      <w:r>
        <w:rPr>
          <w:b/>
        </w:rPr>
        <w:t>Roster issued:</w:t>
      </w:r>
      <w:r>
        <w:t xml:space="preserve"> [Version / date]</w:t>
      </w:r>
    </w:p>
    <w:p>
      <w:pPr>
        <w:spacing w:after="100"/>
      </w:pPr>
      <w:r>
        <w:rPr>
          <w:b/>
        </w:rPr>
        <w:t>Changes contact:</w:t>
      </w:r>
      <w:r>
        <w:t xml:space="preserve"> [Person / channel]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Shift Roster</dc:title>
  <dc:subject/>
  <dc:creator>GetWordTemplates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