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White Paper Structure</w:t>
      </w:r>
    </w:p>
    <w:p>
      <w:r>
        <w:t>Develop a clear problem, evidence and recommendation for a defined reader. Replace prompts with sourced content.</w:t>
      </w:r>
    </w:p>
    <w:p>
      <w:pPr>
        <w:spacing w:after="100"/>
      </w:pPr>
      <w:r>
        <w:rPr>
          <w:b/>
        </w:rPr>
        <w:t>Working title:</w:t>
      </w:r>
      <w:r>
        <w:t xml:space="preserve"> [Title]</w:t>
      </w:r>
    </w:p>
    <w:p>
      <w:pPr>
        <w:spacing w:after="100"/>
      </w:pPr>
      <w:r>
        <w:rPr>
          <w:b/>
        </w:rPr>
        <w:t>Audience:</w:t>
      </w:r>
      <w:r>
        <w:t xml:space="preserve"> [Reader]     Decision or question: [Purpose]</w:t>
      </w:r>
    </w:p>
    <w:p>
      <w:pPr>
        <w:spacing w:after="100"/>
      </w:pPr>
      <w:r>
        <w:rPr>
          <w:b/>
        </w:rPr>
        <w:t>Author:</w:t>
      </w:r>
      <w:r>
        <w:t xml:space="preserve"> [Name]     Version: [Date]</w:t>
      </w:r>
    </w:p>
    <w:p>
      <w:pPr>
        <w:pStyle w:val="Heading1"/>
      </w:pPr>
      <w:r>
        <w:t>Argument outline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7704"/>
      </w:tblGrid>
      <w:tr>
        <w:trPr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Section</w:t>
            </w:r>
          </w:p>
        </w:tc>
        <w:tc>
          <w:tcPr>
            <w:tcW w:type="dxa" w:w="77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Purpose and content</w:t>
            </w:r>
          </w:p>
        </w:tc>
      </w:tr>
      <w:t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Executive summary</w:t>
            </w:r>
          </w:p>
        </w:tc>
        <w:tc>
          <w:tcPr>
            <w:tcW w:type="dxa" w:w="77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[Problem, main finding and proposed next step]</w:t>
            </w:r>
          </w:p>
        </w:tc>
      </w:tr>
      <w:t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Problem and context</w:t>
            </w:r>
          </w:p>
        </w:tc>
        <w:tc>
          <w:tcPr>
            <w:tcW w:type="dxa" w:w="77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[Scope, impact and relevant background]</w:t>
            </w:r>
          </w:p>
        </w:tc>
      </w:tr>
      <w:t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Evidence</w:t>
            </w:r>
          </w:p>
        </w:tc>
        <w:tc>
          <w:tcPr>
            <w:tcW w:type="dxa" w:w="77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[Findings with sources and limitations]</w:t>
            </w:r>
          </w:p>
        </w:tc>
      </w:tr>
      <w:t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Options and analysis</w:t>
            </w:r>
          </w:p>
        </w:tc>
        <w:tc>
          <w:tcPr>
            <w:tcW w:type="dxa" w:w="77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[Compare approaches using consistent criteria]</w:t>
            </w:r>
          </w:p>
        </w:tc>
      </w:tr>
      <w:t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Recommendation</w:t>
            </w:r>
          </w:p>
        </w:tc>
        <w:tc>
          <w:tcPr>
            <w:tcW w:type="dxa" w:w="77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[Proposed approach and reasoning]</w:t>
            </w:r>
          </w:p>
        </w:tc>
      </w:tr>
      <w:t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Implementation / next step</w:t>
            </w:r>
          </w:p>
        </w:tc>
        <w:tc>
          <w:tcPr>
            <w:tcW w:type="dxa" w:w="77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[Actions, dependencies and review]</w:t>
            </w:r>
          </w:p>
        </w:tc>
      </w:tr>
      <w:t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References</w:t>
            </w:r>
          </w:p>
        </w:tc>
        <w:tc>
          <w:tcPr>
            <w:tcW w:type="dxa" w:w="77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[Complete source details]</w:t>
            </w:r>
          </w:p>
        </w:tc>
      </w:tr>
    </w:tbl>
    <w:p>
      <w:pPr>
        <w:spacing w:after="0"/>
      </w:pPr>
    </w:p>
    <w:p>
      <w:pPr>
        <w:pStyle w:val="Heading1"/>
      </w:pPr>
      <w:r>
        <w:t>Reader check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624"/>
        <w:gridCol w:w="3456"/>
      </w:tblGrid>
      <w:tr>
        <w:trPr>
          <w:tblHeader/>
        </w:trPr>
        <w:tc>
          <w:tcPr>
            <w:tcW w:type="dxa" w:w="66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Revision needed</w:t>
            </w:r>
          </w:p>
        </w:tc>
      </w:tr>
      <w:tr>
        <w:tc>
          <w:tcPr>
            <w:tcW w:type="dxa" w:w="66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Can the reader identify the main claim?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[Action]</w:t>
            </w:r>
          </w:p>
        </w:tc>
      </w:tr>
      <w:tr>
        <w:tc>
          <w:tcPr>
            <w:tcW w:type="dxa" w:w="66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Does each claim have relevant evidence?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[Action]</w:t>
            </w:r>
          </w:p>
        </w:tc>
      </w:tr>
      <w:tr>
        <w:tc>
          <w:tcPr>
            <w:tcW w:type="dxa" w:w="66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Are limitations and next steps clear?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[Action]</w:t>
            </w:r>
          </w:p>
        </w:tc>
      </w:tr>
    </w:tbl>
    <w:p>
      <w:pPr>
        <w:spacing w:after="0"/>
      </w:pPr>
    </w:p>
    <w:p>
      <w:pPr>
        <w:spacing w:after="100"/>
      </w:pPr>
      <w:r>
        <w:rPr>
          <w:b/>
        </w:rPr>
        <w:t>Review owner:</w:t>
      </w:r>
      <w:r>
        <w:t xml:space="preserve"> [Name]     Next revision: [Date]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White Paper Structure</dc:title>
  <dc:subject/>
  <dc:creator>GetWordTemplates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